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42F29" w14:textId="77777777" w:rsidR="00242308" w:rsidRPr="00DE3D31" w:rsidRDefault="00000000" w:rsidP="00DE3D31">
      <w:pPr>
        <w:pStyle w:val="Heading2"/>
        <w:ind w:left="-794" w:right="397"/>
        <w:jc w:val="center"/>
        <w:rPr>
          <w:sz w:val="40"/>
          <w:szCs w:val="40"/>
        </w:rPr>
      </w:pPr>
      <w:r w:rsidRPr="00DE3D31">
        <w:rPr>
          <w:sz w:val="40"/>
          <w:szCs w:val="40"/>
        </w:rPr>
        <w:t>2026 MEMBERSHIP APPLICATION</w:t>
      </w:r>
    </w:p>
    <w:p w14:paraId="1CDCE896" w14:textId="6445C18E" w:rsidR="00242308" w:rsidRPr="00E57962" w:rsidRDefault="00000000" w:rsidP="00E57962">
      <w:pPr>
        <w:ind w:left="-794" w:right="397"/>
        <w:jc w:val="center"/>
        <w:rPr>
          <w:b/>
          <w:bCs/>
        </w:rPr>
      </w:pPr>
      <w:r w:rsidRPr="00E57962">
        <w:rPr>
          <w:b/>
          <w:bCs/>
        </w:rPr>
        <w:t>Membership Term: 1 November 2025 – 31 October 2026</w:t>
      </w:r>
    </w:p>
    <w:p w14:paraId="61D38C85" w14:textId="77777777" w:rsidR="00242308" w:rsidRPr="00DE3D31" w:rsidRDefault="00000000" w:rsidP="00DE3D31">
      <w:pPr>
        <w:pStyle w:val="Heading3"/>
        <w:ind w:left="-794"/>
        <w:rPr>
          <w:sz w:val="28"/>
          <w:szCs w:val="28"/>
        </w:rPr>
      </w:pPr>
      <w:r w:rsidRPr="00DE3D31">
        <w:rPr>
          <w:sz w:val="28"/>
          <w:szCs w:val="28"/>
        </w:rPr>
        <w:t>Membership Options</w:t>
      </w:r>
    </w:p>
    <w:p w14:paraId="0BC2B5D8" w14:textId="77777777" w:rsidR="00242308" w:rsidRDefault="00000000" w:rsidP="00DB7717">
      <w:pPr>
        <w:ind w:left="-794" w:right="397"/>
      </w:pPr>
      <w:r>
        <w:t>Please tick the relevant option:</w:t>
      </w:r>
    </w:p>
    <w:p w14:paraId="47C6C5AF" w14:textId="6B6C56CD" w:rsidR="00242308" w:rsidRDefault="00000000" w:rsidP="00DB7717">
      <w:pPr>
        <w:ind w:left="-794" w:right="397"/>
      </w:pPr>
      <w:r w:rsidRPr="00E04C23">
        <w:rPr>
          <w:b/>
          <w:bCs/>
        </w:rPr>
        <w:t>Ordinary Membershi</w:t>
      </w:r>
      <w:r>
        <w:t>p</w:t>
      </w:r>
      <w:r>
        <w:br/>
        <w:t>☐ Single – $30.00 (18 years or older as at 1st May)</w:t>
      </w:r>
      <w:r>
        <w:br/>
        <w:t>☐ Family – $55.00 (Includes at least 1 adult in a caregiving role &amp; 1 school-aged child)</w:t>
      </w:r>
      <w:r>
        <w:br/>
      </w:r>
      <w:r>
        <w:br/>
      </w:r>
      <w:r w:rsidRPr="00E04C23">
        <w:rPr>
          <w:b/>
          <w:bCs/>
        </w:rPr>
        <w:t>5-Year Membership Deal (Save $10)</w:t>
      </w:r>
      <w:r w:rsidR="00E04C23" w:rsidRPr="00E04C23">
        <w:rPr>
          <w:b/>
          <w:bCs/>
        </w:rPr>
        <w:t xml:space="preserve"> </w:t>
      </w:r>
      <w:r>
        <w:br/>
        <w:t>☐ Single – $140.00</w:t>
      </w:r>
      <w:r>
        <w:br/>
        <w:t>☐ Family – $265.00 (Children must still be under 18 in 2030)</w:t>
      </w:r>
      <w:r>
        <w:br/>
      </w:r>
      <w:r>
        <w:br/>
      </w:r>
      <w:r w:rsidRPr="00E04C23">
        <w:rPr>
          <w:b/>
          <w:bCs/>
        </w:rPr>
        <w:t>Steward Membership (</w:t>
      </w:r>
      <w:r w:rsidR="00E04C23">
        <w:rPr>
          <w:b/>
          <w:bCs/>
        </w:rPr>
        <w:t>Conditions apply)</w:t>
      </w:r>
      <w:r>
        <w:br/>
        <w:t>☐ Single – $20.00</w:t>
      </w:r>
      <w:r w:rsidR="00D55CC6" w:rsidRPr="00D55CC6">
        <w:t xml:space="preserve"> </w:t>
      </w:r>
      <w:r w:rsidR="00D55CC6">
        <w:t xml:space="preserve">                                                                       </w:t>
      </w:r>
      <w:r w:rsidR="00D55CC6">
        <w:t>Volunteering Interest: ☐ Yes  ☐ No</w:t>
      </w:r>
      <w:r>
        <w:br/>
        <w:t>☐ Family – $40.00</w:t>
      </w:r>
      <w:r w:rsidR="00D55CC6">
        <w:t xml:space="preserve">                                                                       Section:______________________________________</w:t>
      </w:r>
    </w:p>
    <w:p w14:paraId="2F9A967A" w14:textId="77777777" w:rsidR="00242308" w:rsidRPr="00DE3D31" w:rsidRDefault="00000000" w:rsidP="00DB7717">
      <w:pPr>
        <w:pStyle w:val="Heading3"/>
        <w:ind w:left="-794" w:right="397"/>
        <w:rPr>
          <w:sz w:val="28"/>
          <w:szCs w:val="28"/>
        </w:rPr>
      </w:pPr>
      <w:r w:rsidRPr="00DE3D31">
        <w:rPr>
          <w:sz w:val="28"/>
          <w:szCs w:val="28"/>
        </w:rPr>
        <w:t>Personal Details</w:t>
      </w:r>
    </w:p>
    <w:p w14:paraId="3C15415C" w14:textId="77777777" w:rsidR="00DE3D31" w:rsidRDefault="00000000" w:rsidP="00DB7717">
      <w:pPr>
        <w:ind w:left="-794" w:right="397"/>
      </w:pPr>
      <w:r w:rsidRPr="00E04C23">
        <w:rPr>
          <w:b/>
          <w:bCs/>
          <w:sz w:val="20"/>
          <w:szCs w:val="20"/>
        </w:rPr>
        <w:t xml:space="preserve">☐ New </w:t>
      </w:r>
      <w:proofErr w:type="gramStart"/>
      <w:r w:rsidRPr="00E04C23">
        <w:rPr>
          <w:b/>
          <w:bCs/>
          <w:sz w:val="20"/>
          <w:szCs w:val="20"/>
        </w:rPr>
        <w:t>Member  ☐</w:t>
      </w:r>
      <w:proofErr w:type="gramEnd"/>
      <w:r w:rsidRPr="00E04C23">
        <w:rPr>
          <w:b/>
          <w:bCs/>
          <w:sz w:val="20"/>
          <w:szCs w:val="20"/>
        </w:rPr>
        <w:t xml:space="preserve"> </w:t>
      </w:r>
      <w:proofErr w:type="gramStart"/>
      <w:r w:rsidRPr="00E04C23">
        <w:rPr>
          <w:b/>
          <w:bCs/>
          <w:sz w:val="20"/>
          <w:szCs w:val="20"/>
        </w:rPr>
        <w:t>Renewal  Membership</w:t>
      </w:r>
      <w:proofErr w:type="gramEnd"/>
      <w:r w:rsidRPr="00E04C23">
        <w:rPr>
          <w:b/>
          <w:bCs/>
          <w:sz w:val="20"/>
          <w:szCs w:val="20"/>
        </w:rPr>
        <w:t xml:space="preserve"> No: ____________</w:t>
      </w:r>
      <w:r w:rsidRPr="00E04C23">
        <w:rPr>
          <w:b/>
          <w:bCs/>
          <w:sz w:val="20"/>
          <w:szCs w:val="20"/>
        </w:rPr>
        <w:br/>
        <w:t>☐ I would like a physical member card (Memberships will be electronic by default in 2026)</w:t>
      </w:r>
      <w:r>
        <w:br/>
      </w:r>
      <w:r>
        <w:br/>
        <w:t>Adult 1 Title: ___</w:t>
      </w:r>
      <w:r w:rsidR="00DE3D31">
        <w:t>__</w:t>
      </w:r>
      <w:r>
        <w:t>_____ Full Name: ___________________________________________</w:t>
      </w:r>
    </w:p>
    <w:p w14:paraId="41560209" w14:textId="3626F431" w:rsidR="00DE3D31" w:rsidRDefault="00000000" w:rsidP="00DE3D31">
      <w:pPr>
        <w:ind w:left="-794" w:right="-454"/>
      </w:pPr>
      <w:r>
        <w:t>Adult 2 Title: ____</w:t>
      </w:r>
      <w:r w:rsidR="00DE3D31">
        <w:t>__</w:t>
      </w:r>
      <w:r>
        <w:t>____ Full Name: ___________________________________________</w:t>
      </w:r>
      <w:r>
        <w:br/>
      </w:r>
      <w:r>
        <w:br/>
        <w:t>Postal Address: ________________________________</w:t>
      </w:r>
      <w:r w:rsidR="00DE3D31">
        <w:t>________________________________</w:t>
      </w:r>
      <w:r>
        <w:t>____________________________</w:t>
      </w:r>
    </w:p>
    <w:p w14:paraId="25B5450E" w14:textId="164F160B" w:rsidR="000A75AA" w:rsidRDefault="00000000" w:rsidP="00DB7717">
      <w:pPr>
        <w:ind w:left="-794" w:right="397"/>
      </w:pPr>
      <w:r>
        <w:t>____________________________________________________ Postcode: _________</w:t>
      </w:r>
      <w:r w:rsidR="000A75AA">
        <w:t>________________________________</w:t>
      </w:r>
      <w:r>
        <w:t>___</w:t>
      </w:r>
      <w:r>
        <w:br/>
      </w:r>
      <w:r>
        <w:br/>
        <w:t>Phone (Home): __________</w:t>
      </w:r>
      <w:r w:rsidR="000A75AA">
        <w:t>_______________</w:t>
      </w:r>
      <w:r>
        <w:t>_______</w:t>
      </w:r>
      <w:proofErr w:type="gramStart"/>
      <w:r>
        <w:t>_ </w:t>
      </w:r>
      <w:r w:rsidR="000A75AA">
        <w:t xml:space="preserve"> </w:t>
      </w:r>
      <w:r>
        <w:t>Mobile</w:t>
      </w:r>
      <w:proofErr w:type="gramEnd"/>
      <w:r>
        <w:t>: ______</w:t>
      </w:r>
      <w:r w:rsidR="000A75AA">
        <w:t>______________________________</w:t>
      </w:r>
      <w:r>
        <w:t>___________</w:t>
      </w:r>
    </w:p>
    <w:p w14:paraId="588BA03C" w14:textId="5712E33B" w:rsidR="00242308" w:rsidRDefault="00000000" w:rsidP="00DB7717">
      <w:pPr>
        <w:ind w:left="-794" w:right="397"/>
      </w:pPr>
      <w:r>
        <w:t>Email: ______________________________________________________________</w:t>
      </w:r>
      <w:r w:rsidR="000A75AA">
        <w:t>________________________________</w:t>
      </w:r>
      <w:r>
        <w:t>________</w:t>
      </w:r>
      <w:r>
        <w:br/>
      </w:r>
      <w:r>
        <w:br/>
      </w:r>
      <w:r w:rsidRPr="000A75AA">
        <w:rPr>
          <w:b/>
          <w:bCs/>
        </w:rPr>
        <w:t>Signature: ____________________</w:t>
      </w:r>
      <w:r w:rsidR="000A75AA">
        <w:rPr>
          <w:b/>
          <w:bCs/>
        </w:rPr>
        <w:t>___________________________</w:t>
      </w:r>
      <w:r w:rsidRPr="000A75AA">
        <w:rPr>
          <w:b/>
          <w:bCs/>
        </w:rPr>
        <w:t>________________</w:t>
      </w:r>
      <w:proofErr w:type="gramStart"/>
      <w:r w:rsidRPr="000A75AA">
        <w:rPr>
          <w:b/>
          <w:bCs/>
        </w:rPr>
        <w:t>_  Date</w:t>
      </w:r>
      <w:proofErr w:type="gramEnd"/>
      <w:r w:rsidRPr="000A75AA">
        <w:rPr>
          <w:b/>
          <w:bCs/>
        </w:rPr>
        <w:t>: ___________</w:t>
      </w:r>
      <w:r w:rsidR="000A75AA">
        <w:rPr>
          <w:b/>
          <w:bCs/>
        </w:rPr>
        <w:t>___</w:t>
      </w:r>
      <w:r w:rsidRPr="000A75AA">
        <w:rPr>
          <w:b/>
          <w:bCs/>
        </w:rPr>
        <w:t>______</w:t>
      </w:r>
    </w:p>
    <w:p w14:paraId="7F8EF66F" w14:textId="77777777" w:rsidR="00242308" w:rsidRPr="00DE3D31" w:rsidRDefault="00000000" w:rsidP="00DB7717">
      <w:pPr>
        <w:pStyle w:val="Heading3"/>
        <w:ind w:left="-794" w:right="397"/>
        <w:rPr>
          <w:sz w:val="28"/>
          <w:szCs w:val="28"/>
        </w:rPr>
      </w:pPr>
      <w:r w:rsidRPr="00DE3D31">
        <w:rPr>
          <w:sz w:val="28"/>
          <w:szCs w:val="28"/>
        </w:rPr>
        <w:lastRenderedPageBreak/>
        <w:t>Children’s Details (For family membership – ticketing purposes)</w:t>
      </w:r>
    </w:p>
    <w:p w14:paraId="25B6960E" w14:textId="3E01AC93" w:rsidR="00DB7717" w:rsidRPr="00DB7717" w:rsidRDefault="00DB7717" w:rsidP="00483A4A">
      <w:pPr>
        <w:jc w:val="center"/>
      </w:pPr>
      <w:r>
        <w:t xml:space="preserve">Name and Date of Birth of </w:t>
      </w:r>
      <w:r w:rsidR="00483A4A">
        <w:t>each c</w:t>
      </w:r>
      <w:r>
        <w:t>hild</w:t>
      </w:r>
    </w:p>
    <w:tbl>
      <w:tblPr>
        <w:tblW w:w="0" w:type="auto"/>
        <w:tblInd w:w="-760" w:type="dxa"/>
        <w:tblLook w:val="04A0" w:firstRow="1" w:lastRow="0" w:firstColumn="1" w:lastColumn="0" w:noHBand="0" w:noVBand="1"/>
      </w:tblPr>
      <w:tblGrid>
        <w:gridCol w:w="9178"/>
        <w:gridCol w:w="222"/>
      </w:tblGrid>
      <w:tr w:rsidR="00242308" w14:paraId="10092649" w14:textId="77777777" w:rsidTr="00483A4A">
        <w:trPr>
          <w:trHeight w:val="884"/>
        </w:trPr>
        <w:tc>
          <w:tcPr>
            <w:tcW w:w="9394" w:type="dxa"/>
          </w:tcPr>
          <w:tbl>
            <w:tblPr>
              <w:tblStyle w:val="TableGrid"/>
              <w:tblW w:w="8928" w:type="dxa"/>
              <w:tblLook w:val="04A0" w:firstRow="1" w:lastRow="0" w:firstColumn="1" w:lastColumn="0" w:noHBand="0" w:noVBand="1"/>
            </w:tblPr>
            <w:tblGrid>
              <w:gridCol w:w="4463"/>
              <w:gridCol w:w="4465"/>
            </w:tblGrid>
            <w:tr w:rsidR="00DB7717" w14:paraId="5E332202" w14:textId="77777777" w:rsidTr="00DE3D31">
              <w:trPr>
                <w:trHeight w:val="571"/>
              </w:trPr>
              <w:tc>
                <w:tcPr>
                  <w:tcW w:w="4463" w:type="dxa"/>
                </w:tcPr>
                <w:p w14:paraId="09DC5A58" w14:textId="677197E3" w:rsidR="00DB7717" w:rsidRDefault="00DB7717" w:rsidP="00DB7717">
                  <w:pPr>
                    <w:ind w:right="397"/>
                  </w:pPr>
                  <w:r>
                    <w:t>1.</w:t>
                  </w:r>
                </w:p>
              </w:tc>
              <w:tc>
                <w:tcPr>
                  <w:tcW w:w="4465" w:type="dxa"/>
                </w:tcPr>
                <w:p w14:paraId="658298F7" w14:textId="5421B86D" w:rsidR="00DB7717" w:rsidRDefault="00DB7717" w:rsidP="00DB7717">
                  <w:pPr>
                    <w:ind w:right="397"/>
                  </w:pPr>
                  <w:r>
                    <w:t>4.</w:t>
                  </w:r>
                </w:p>
              </w:tc>
            </w:tr>
            <w:tr w:rsidR="00DB7717" w14:paraId="58D8B91C" w14:textId="77777777" w:rsidTr="00DE3D31">
              <w:trPr>
                <w:trHeight w:val="571"/>
              </w:trPr>
              <w:tc>
                <w:tcPr>
                  <w:tcW w:w="4463" w:type="dxa"/>
                </w:tcPr>
                <w:p w14:paraId="6AAC7E3E" w14:textId="2F27E6B7" w:rsidR="00DB7717" w:rsidRDefault="00DB7717" w:rsidP="00DB7717">
                  <w:pPr>
                    <w:ind w:right="397"/>
                  </w:pPr>
                  <w:r>
                    <w:t>2.</w:t>
                  </w:r>
                </w:p>
              </w:tc>
              <w:tc>
                <w:tcPr>
                  <w:tcW w:w="4465" w:type="dxa"/>
                </w:tcPr>
                <w:p w14:paraId="7673F05B" w14:textId="06F1A61F" w:rsidR="00DB7717" w:rsidRDefault="00DB7717" w:rsidP="00DB7717">
                  <w:pPr>
                    <w:ind w:right="397"/>
                  </w:pPr>
                  <w:r>
                    <w:t>5.</w:t>
                  </w:r>
                </w:p>
              </w:tc>
            </w:tr>
            <w:tr w:rsidR="00DB7717" w14:paraId="193230ED" w14:textId="77777777" w:rsidTr="00DE3D31">
              <w:trPr>
                <w:trHeight w:val="571"/>
              </w:trPr>
              <w:tc>
                <w:tcPr>
                  <w:tcW w:w="4463" w:type="dxa"/>
                </w:tcPr>
                <w:p w14:paraId="0D42504D" w14:textId="051B43AD" w:rsidR="00DB7717" w:rsidRDefault="00DB7717" w:rsidP="00DB7717">
                  <w:pPr>
                    <w:ind w:right="397"/>
                  </w:pPr>
                  <w:r>
                    <w:t>3.</w:t>
                  </w:r>
                </w:p>
              </w:tc>
              <w:tc>
                <w:tcPr>
                  <w:tcW w:w="4465" w:type="dxa"/>
                </w:tcPr>
                <w:p w14:paraId="440F4761" w14:textId="3A64C019" w:rsidR="00DB7717" w:rsidRDefault="00DB7717" w:rsidP="00DB7717">
                  <w:pPr>
                    <w:ind w:right="397"/>
                  </w:pPr>
                  <w:r>
                    <w:t>6.</w:t>
                  </w:r>
                </w:p>
              </w:tc>
            </w:tr>
          </w:tbl>
          <w:p w14:paraId="2A90FBF5" w14:textId="1963E09D" w:rsidR="00242308" w:rsidRDefault="00242308" w:rsidP="00DB7717">
            <w:pPr>
              <w:ind w:left="-794" w:right="397"/>
            </w:pPr>
          </w:p>
        </w:tc>
        <w:tc>
          <w:tcPr>
            <w:tcW w:w="222" w:type="dxa"/>
          </w:tcPr>
          <w:p w14:paraId="171EB4C2" w14:textId="050B3103" w:rsidR="00242308" w:rsidRDefault="00242308" w:rsidP="00DB7717">
            <w:pPr>
              <w:ind w:left="-794" w:right="397"/>
            </w:pPr>
          </w:p>
        </w:tc>
      </w:tr>
    </w:tbl>
    <w:p w14:paraId="098AEF13" w14:textId="77777777" w:rsidR="00242308" w:rsidRPr="00DE3D31" w:rsidRDefault="00000000" w:rsidP="00DE3D31">
      <w:pPr>
        <w:pStyle w:val="Heading3"/>
        <w:ind w:left="-794" w:right="-340"/>
        <w:rPr>
          <w:sz w:val="28"/>
          <w:szCs w:val="28"/>
        </w:rPr>
      </w:pPr>
      <w:r w:rsidRPr="00DE3D31">
        <w:rPr>
          <w:sz w:val="28"/>
          <w:szCs w:val="28"/>
        </w:rPr>
        <w:t>Next Gen Membership (For members aged 18–35 years)</w:t>
      </w:r>
    </w:p>
    <w:p w14:paraId="32025DE1" w14:textId="576CFC5C" w:rsidR="00242308" w:rsidRDefault="00000000" w:rsidP="00DB7717">
      <w:pPr>
        <w:ind w:left="-794" w:right="397"/>
      </w:pPr>
      <w:r>
        <w:t>Interested in joining our Next Gen mailing list?</w:t>
      </w:r>
      <w:r>
        <w:br/>
        <w:t xml:space="preserve">☐ Yes ☐ </w:t>
      </w:r>
      <w:proofErr w:type="gramStart"/>
      <w:r>
        <w:t>No  </w:t>
      </w:r>
      <w:r w:rsidR="00743293">
        <w:t>Date</w:t>
      </w:r>
      <w:proofErr w:type="gramEnd"/>
      <w:r w:rsidR="00743293">
        <w:t xml:space="preserve"> of </w:t>
      </w:r>
      <w:proofErr w:type="spellStart"/>
      <w:proofErr w:type="gramStart"/>
      <w:r w:rsidR="00743293">
        <w:t>Birth:_</w:t>
      </w:r>
      <w:proofErr w:type="gramEnd"/>
      <w:r w:rsidR="00743293">
        <w:t>__________________________</w:t>
      </w:r>
      <w:r>
        <w:t>Email</w:t>
      </w:r>
      <w:proofErr w:type="spellEnd"/>
      <w:r>
        <w:t>: _____________</w:t>
      </w:r>
      <w:r w:rsidR="00483A4A">
        <w:t>______________________</w:t>
      </w:r>
      <w:r>
        <w:t>____</w:t>
      </w:r>
    </w:p>
    <w:p w14:paraId="1FD86080" w14:textId="77777777" w:rsidR="00242308" w:rsidRPr="00DE3D31" w:rsidRDefault="00000000" w:rsidP="00DB7717">
      <w:pPr>
        <w:pStyle w:val="Heading3"/>
        <w:ind w:left="-794" w:right="397"/>
        <w:rPr>
          <w:sz w:val="28"/>
          <w:szCs w:val="28"/>
        </w:rPr>
      </w:pPr>
      <w:r w:rsidRPr="00DE3D31">
        <w:rPr>
          <w:sz w:val="28"/>
          <w:szCs w:val="28"/>
        </w:rPr>
        <w:t>Membership Benefits</w:t>
      </w:r>
    </w:p>
    <w:p w14:paraId="4AFAC738" w14:textId="25F7E76D" w:rsidR="00242308" w:rsidRDefault="00000000" w:rsidP="00DB7717">
      <w:pPr>
        <w:ind w:left="-794" w:right="397"/>
      </w:pPr>
      <w:r>
        <w:t>✓ Free admission to the show</w:t>
      </w:r>
      <w:r w:rsidR="00303E07">
        <w:t xml:space="preserve"> and all show society run events</w:t>
      </w:r>
      <w:r>
        <w:br/>
        <w:t>✓ Attend and vote at General and Annual General Meetings</w:t>
      </w:r>
      <w:r>
        <w:br/>
        <w:t>✓ Have your say in the future of the Roma Show</w:t>
      </w:r>
      <w:r>
        <w:br/>
        <w:t>✓ Connect with like-minded community members</w:t>
      </w:r>
      <w:r>
        <w:br/>
        <w:t>✓ Additional member benefits as introduced by the committee</w:t>
      </w:r>
    </w:p>
    <w:p w14:paraId="11B99C71" w14:textId="77777777" w:rsidR="00242308" w:rsidRPr="00DE3D31" w:rsidRDefault="00000000" w:rsidP="00DB7717">
      <w:pPr>
        <w:pStyle w:val="Heading3"/>
        <w:ind w:left="-794" w:right="397"/>
        <w:rPr>
          <w:sz w:val="28"/>
          <w:szCs w:val="28"/>
        </w:rPr>
      </w:pPr>
      <w:r w:rsidRPr="00DE3D31">
        <w:rPr>
          <w:sz w:val="28"/>
          <w:szCs w:val="28"/>
        </w:rPr>
        <w:t>Payment Details</w:t>
      </w:r>
    </w:p>
    <w:p w14:paraId="18B36083" w14:textId="1B007562" w:rsidR="00242308" w:rsidRDefault="00000000" w:rsidP="00DB7717">
      <w:pPr>
        <w:ind w:left="-794" w:right="397"/>
      </w:pPr>
      <w:r>
        <w:t xml:space="preserve">☐ </w:t>
      </w:r>
      <w:proofErr w:type="gramStart"/>
      <w:r>
        <w:t>Cheque  ☐</w:t>
      </w:r>
      <w:proofErr w:type="gramEnd"/>
      <w:r>
        <w:t xml:space="preserve"> Money </w:t>
      </w:r>
      <w:proofErr w:type="gramStart"/>
      <w:r>
        <w:t>Order  ☐</w:t>
      </w:r>
      <w:proofErr w:type="gramEnd"/>
      <w:r>
        <w:t xml:space="preserve"> </w:t>
      </w:r>
      <w:proofErr w:type="gramStart"/>
      <w:r>
        <w:t>Cash  ☐</w:t>
      </w:r>
      <w:proofErr w:type="gramEnd"/>
      <w:r>
        <w:t xml:space="preserve"> Direct </w:t>
      </w:r>
      <w:proofErr w:type="gramStart"/>
      <w:r>
        <w:t>Deposit  ☐</w:t>
      </w:r>
      <w:proofErr w:type="gramEnd"/>
      <w:r>
        <w:t xml:space="preserve"> Other</w:t>
      </w:r>
      <w:r>
        <w:br/>
      </w:r>
      <w:r>
        <w:br/>
        <w:t>Amount Paid: $____</w:t>
      </w:r>
      <w:r w:rsidR="00483A4A">
        <w:t>_______________</w:t>
      </w:r>
      <w:r>
        <w:t>_________</w:t>
      </w:r>
      <w:proofErr w:type="gramStart"/>
      <w:r>
        <w:t>_  Date</w:t>
      </w:r>
      <w:proofErr w:type="gramEnd"/>
      <w:r>
        <w:t xml:space="preserve"> Paid: _______</w:t>
      </w:r>
      <w:r w:rsidR="00483A4A">
        <w:t>_________</w:t>
      </w:r>
      <w:r>
        <w:t>________</w:t>
      </w:r>
      <w:r>
        <w:br/>
      </w:r>
      <w:r>
        <w:br/>
        <w:t>Bank Details:</w:t>
      </w:r>
      <w:r>
        <w:br/>
      </w:r>
      <w:r w:rsidRPr="00E04C23">
        <w:rPr>
          <w:b/>
          <w:bCs/>
        </w:rPr>
        <w:t>Account Name: Roma Show Society</w:t>
      </w:r>
      <w:r w:rsidR="00D55CC6" w:rsidRPr="00E04C23">
        <w:rPr>
          <w:b/>
          <w:bCs/>
        </w:rPr>
        <w:t xml:space="preserve">                     </w:t>
      </w:r>
      <w:r w:rsidRPr="00E04C23">
        <w:rPr>
          <w:b/>
          <w:bCs/>
        </w:rPr>
        <w:t>BSB: 034-</w:t>
      </w:r>
      <w:proofErr w:type="gramStart"/>
      <w:r w:rsidRPr="00E04C23">
        <w:rPr>
          <w:b/>
          <w:bCs/>
        </w:rPr>
        <w:t>211  Account</w:t>
      </w:r>
      <w:proofErr w:type="gramEnd"/>
      <w:r w:rsidRPr="00E04C23">
        <w:rPr>
          <w:b/>
          <w:bCs/>
        </w:rPr>
        <w:t xml:space="preserve"> Number: 229-214</w:t>
      </w:r>
      <w:r>
        <w:br/>
      </w:r>
      <w:r>
        <w:br/>
        <w:t>Note: Please return this form with a copy of your payment receipt.</w:t>
      </w:r>
    </w:p>
    <w:p w14:paraId="348A43AD" w14:textId="77777777" w:rsidR="00242308" w:rsidRPr="00E31F14" w:rsidRDefault="00000000" w:rsidP="00DB7717">
      <w:pPr>
        <w:pStyle w:val="Heading3"/>
        <w:ind w:left="-794" w:right="397"/>
      </w:pPr>
      <w:r w:rsidRPr="00E31F14">
        <w:t>OFFICE USE ONLY</w:t>
      </w:r>
    </w:p>
    <w:p w14:paraId="375325A1" w14:textId="7D83E947" w:rsidR="00242308" w:rsidRPr="00E31F14" w:rsidRDefault="00000000" w:rsidP="00DB7717">
      <w:pPr>
        <w:ind w:left="-794" w:right="397"/>
      </w:pPr>
      <w:r w:rsidRPr="00E31F14">
        <w:t>☐ Invoice No: (_</w:t>
      </w:r>
      <w:r w:rsidR="00483A4A" w:rsidRPr="00E31F14">
        <w:t>_____________________</w:t>
      </w:r>
      <w:r w:rsidRPr="00E31F14">
        <w:t>______</w:t>
      </w:r>
      <w:proofErr w:type="gramStart"/>
      <w:r w:rsidRPr="00E31F14">
        <w:t>_)  ☐</w:t>
      </w:r>
      <w:proofErr w:type="gramEnd"/>
      <w:r w:rsidRPr="00E31F14">
        <w:t xml:space="preserve"> Payment </w:t>
      </w:r>
      <w:proofErr w:type="gramStart"/>
      <w:r w:rsidRPr="00E31F14">
        <w:t>Received  ☐</w:t>
      </w:r>
      <w:proofErr w:type="gramEnd"/>
      <w:r w:rsidRPr="00E31F14">
        <w:t xml:space="preserve"> Email Added</w:t>
      </w:r>
      <w:r w:rsidRPr="00E31F14">
        <w:br/>
        <w:t>☐ Member Card Issued – Adults: _</w:t>
      </w:r>
      <w:r w:rsidR="00483A4A" w:rsidRPr="00E31F14">
        <w:t>__________</w:t>
      </w:r>
      <w:r w:rsidRPr="00E31F14">
        <w:t>___ Children: __</w:t>
      </w:r>
      <w:r w:rsidR="00483A4A" w:rsidRPr="00E31F14">
        <w:t>________________</w:t>
      </w:r>
      <w:r w:rsidRPr="00E31F14">
        <w:t>__ ☐ Email List: Y / N</w:t>
      </w:r>
    </w:p>
    <w:sectPr w:rsidR="00242308" w:rsidRPr="00E31F14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B6824" w14:textId="77777777" w:rsidR="00C446BB" w:rsidRDefault="00C446BB" w:rsidP="00E335A0">
      <w:pPr>
        <w:spacing w:after="0" w:line="240" w:lineRule="auto"/>
      </w:pPr>
      <w:r>
        <w:separator/>
      </w:r>
    </w:p>
  </w:endnote>
  <w:endnote w:type="continuationSeparator" w:id="0">
    <w:p w14:paraId="75BC4AB3" w14:textId="77777777" w:rsidR="00C446BB" w:rsidRDefault="00C446BB" w:rsidP="00E33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EE879" w14:textId="77777777" w:rsidR="00DE3D31" w:rsidRDefault="00DE3D31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2</w:t>
    </w:r>
    <w:r>
      <w:rPr>
        <w:caps/>
        <w:noProof/>
        <w:color w:val="4F81BD" w:themeColor="accent1"/>
      </w:rPr>
      <w:fldChar w:fldCharType="end"/>
    </w:r>
  </w:p>
  <w:p w14:paraId="6B794FDA" w14:textId="77777777" w:rsidR="00DE3D31" w:rsidRDefault="00DE3D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C565D" w14:textId="77777777" w:rsidR="00C446BB" w:rsidRDefault="00C446BB" w:rsidP="00E335A0">
      <w:pPr>
        <w:spacing w:after="0" w:line="240" w:lineRule="auto"/>
      </w:pPr>
      <w:r>
        <w:separator/>
      </w:r>
    </w:p>
  </w:footnote>
  <w:footnote w:type="continuationSeparator" w:id="0">
    <w:p w14:paraId="45D2FB86" w14:textId="77777777" w:rsidR="00C446BB" w:rsidRDefault="00C446BB" w:rsidP="00E33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208F4" w14:textId="5F5D4350" w:rsidR="00E335A0" w:rsidRDefault="00E335A0" w:rsidP="00E335A0">
    <w:pPr>
      <w:pStyle w:val="Heading1"/>
      <w:jc w:val="center"/>
    </w:pPr>
    <w:r w:rsidRPr="00E335A0">
      <w:rPr>
        <w:noProof/>
        <w:sz w:val="36"/>
        <w:szCs w:val="36"/>
      </w:rPr>
      <w:drawing>
        <wp:anchor distT="0" distB="0" distL="114300" distR="114300" simplePos="0" relativeHeight="251658752" behindDoc="0" locked="0" layoutInCell="1" allowOverlap="1" wp14:anchorId="3A6EB7B5" wp14:editId="07232FA8">
          <wp:simplePos x="0" y="0"/>
          <wp:positionH relativeFrom="column">
            <wp:posOffset>-533400</wp:posOffset>
          </wp:positionH>
          <wp:positionV relativeFrom="paragraph">
            <wp:posOffset>22860</wp:posOffset>
          </wp:positionV>
          <wp:extent cx="1546860" cy="1148866"/>
          <wp:effectExtent l="0" t="0" r="0" b="0"/>
          <wp:wrapThrough wrapText="bothSides">
            <wp:wrapPolygon edited="0">
              <wp:start x="0" y="0"/>
              <wp:lineTo x="0" y="21134"/>
              <wp:lineTo x="21281" y="21134"/>
              <wp:lineTo x="21281" y="0"/>
              <wp:lineTo x="0" y="0"/>
            </wp:wrapPolygon>
          </wp:wrapThrough>
          <wp:docPr id="1547713501" name="Picture 2" descr="Fireworks over a ferris whee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7713501" name="Picture 2" descr="Fireworks over a ferris wheel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6860" cy="11488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335A0">
      <w:rPr>
        <w:sz w:val="36"/>
        <w:szCs w:val="36"/>
      </w:rPr>
      <w:t>ROMA SHOW SOCIETY INC</w:t>
    </w:r>
    <w:r>
      <w:t>.</w:t>
    </w:r>
  </w:p>
  <w:p w14:paraId="598089E5" w14:textId="7973825E" w:rsidR="00E335A0" w:rsidRDefault="00E335A0" w:rsidP="00E335A0">
    <w:pPr>
      <w:jc w:val="center"/>
    </w:pPr>
    <w:r>
      <w:t>Web: www.romashow.com</w:t>
    </w:r>
  </w:p>
  <w:p w14:paraId="3336F101" w14:textId="7A32A35A" w:rsidR="00E335A0" w:rsidRDefault="00E335A0" w:rsidP="00E335A0">
    <w:pPr>
      <w:jc w:val="center"/>
    </w:pPr>
    <w:r>
      <w:t xml:space="preserve">Email: </w:t>
    </w:r>
    <w:hyperlink r:id="rId2" w:history="1">
      <w:r w:rsidRPr="00474DE4">
        <w:rPr>
          <w:rStyle w:val="Hyperlink"/>
        </w:rPr>
        <w:t>secretary@romashow.com</w:t>
      </w:r>
    </w:hyperlink>
    <w:r>
      <w:t xml:space="preserve"> Phone:</w:t>
    </w:r>
    <w:r w:rsidR="00DB7717">
      <w:t xml:space="preserve"> 0497 225698 </w:t>
    </w:r>
  </w:p>
  <w:p w14:paraId="5DC892E5" w14:textId="77777777" w:rsidR="00E335A0" w:rsidRDefault="00E335A0" w:rsidP="00DE3D31">
    <w:pPr>
      <w:jc w:val="center"/>
    </w:pPr>
    <w:r>
      <w:t>Postal: PO Box 139, Roma QLD 4455</w:t>
    </w:r>
  </w:p>
  <w:p w14:paraId="7D50A6ED" w14:textId="2240DED2" w:rsidR="00E335A0" w:rsidRDefault="00E335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1611558">
    <w:abstractNumId w:val="8"/>
  </w:num>
  <w:num w:numId="2" w16cid:durableId="1718892483">
    <w:abstractNumId w:val="6"/>
  </w:num>
  <w:num w:numId="3" w16cid:durableId="1967930998">
    <w:abstractNumId w:val="5"/>
  </w:num>
  <w:num w:numId="4" w16cid:durableId="1578705768">
    <w:abstractNumId w:val="4"/>
  </w:num>
  <w:num w:numId="5" w16cid:durableId="1944680619">
    <w:abstractNumId w:val="7"/>
  </w:num>
  <w:num w:numId="6" w16cid:durableId="1751148986">
    <w:abstractNumId w:val="3"/>
  </w:num>
  <w:num w:numId="7" w16cid:durableId="296566113">
    <w:abstractNumId w:val="2"/>
  </w:num>
  <w:num w:numId="8" w16cid:durableId="329337211">
    <w:abstractNumId w:val="1"/>
  </w:num>
  <w:num w:numId="9" w16cid:durableId="176702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6D20"/>
    <w:rsid w:val="00034616"/>
    <w:rsid w:val="0006063C"/>
    <w:rsid w:val="000A75AA"/>
    <w:rsid w:val="0015074B"/>
    <w:rsid w:val="00242308"/>
    <w:rsid w:val="0029639D"/>
    <w:rsid w:val="00303E07"/>
    <w:rsid w:val="00326F90"/>
    <w:rsid w:val="00483A4A"/>
    <w:rsid w:val="0062196D"/>
    <w:rsid w:val="00743293"/>
    <w:rsid w:val="00AA1D8D"/>
    <w:rsid w:val="00B47730"/>
    <w:rsid w:val="00C446BB"/>
    <w:rsid w:val="00CB0664"/>
    <w:rsid w:val="00D55CC6"/>
    <w:rsid w:val="00DB7717"/>
    <w:rsid w:val="00DE3D31"/>
    <w:rsid w:val="00E04C23"/>
    <w:rsid w:val="00E31F14"/>
    <w:rsid w:val="00E335A0"/>
    <w:rsid w:val="00E5796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A78587"/>
  <w14:defaultImageDpi w14:val="300"/>
  <w15:docId w15:val="{52165AE8-B3F9-4594-AAD7-FDDBE0C23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E335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5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cretary@romashow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289</Words>
  <Characters>2233</Characters>
  <Application>Microsoft Office Word</Application>
  <DocSecurity>0</DocSecurity>
  <Lines>60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Secretary Roma Show</cp:lastModifiedBy>
  <cp:revision>11</cp:revision>
  <dcterms:created xsi:type="dcterms:W3CDTF">2025-06-10T00:48:00Z</dcterms:created>
  <dcterms:modified xsi:type="dcterms:W3CDTF">2025-06-10T01:09:00Z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6189003d-5749-44b9-be11-cf31ccbd770d</vt:lpwstr>
  </property>
</Properties>
</file>